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85AD4" w14:textId="77777777" w:rsidR="00316094" w:rsidRDefault="00507A8F" w:rsidP="003C64C2">
      <w:pPr>
        <w:pStyle w:val="TituloEdital"/>
        <w:jc w:val="center"/>
      </w:pPr>
      <w:r>
        <w:t>ANEXO 02 - FORMULÁRIO DE REQUERIMENTO</w:t>
      </w:r>
    </w:p>
    <w:p w14:paraId="64913DF9" w14:textId="77777777" w:rsidR="00316094" w:rsidRDefault="00507A8F" w:rsidP="003C64C2">
      <w:pPr>
        <w:spacing w:after="60" w:line="276" w:lineRule="auto"/>
      </w:pPr>
      <w:r>
        <w:t>Razão Social: ________________________________________________________________</w:t>
      </w:r>
    </w:p>
    <w:p w14:paraId="330353D2" w14:textId="77777777" w:rsidR="00316094" w:rsidRDefault="00507A8F" w:rsidP="003C64C2">
      <w:pPr>
        <w:spacing w:after="60" w:line="276" w:lineRule="auto"/>
      </w:pPr>
      <w:r>
        <w:t>CNPJ: ________________________________    Inscrição Municipal: _______________</w:t>
      </w:r>
    </w:p>
    <w:p w14:paraId="21B37B61" w14:textId="77777777" w:rsidR="00316094" w:rsidRDefault="00507A8F" w:rsidP="003C64C2">
      <w:pPr>
        <w:spacing w:after="60" w:line="276" w:lineRule="auto"/>
      </w:pPr>
      <w:r>
        <w:t>Endereço: ________________________________________________ Nº ________________</w:t>
      </w:r>
    </w:p>
    <w:p w14:paraId="7D90F4C7" w14:textId="77777777" w:rsidR="00316094" w:rsidRDefault="00507A8F" w:rsidP="003C64C2">
      <w:pPr>
        <w:spacing w:after="60" w:line="276" w:lineRule="auto"/>
      </w:pPr>
      <w:r>
        <w:t>CEP: ______________________ Município: ________________________ UF: _________</w:t>
      </w:r>
    </w:p>
    <w:p w14:paraId="3D0B6D81" w14:textId="77777777" w:rsidR="00316094" w:rsidRDefault="00507A8F" w:rsidP="003C64C2">
      <w:pPr>
        <w:spacing w:after="60" w:line="276" w:lineRule="auto"/>
      </w:pPr>
      <w:r>
        <w:t>E-mail: _____________________________________________________________________</w:t>
      </w:r>
    </w:p>
    <w:p w14:paraId="7A74C766" w14:textId="77777777" w:rsidR="00316094" w:rsidRDefault="00507A8F" w:rsidP="003C64C2">
      <w:pPr>
        <w:spacing w:after="60" w:line="276" w:lineRule="auto"/>
      </w:pPr>
      <w:r>
        <w:t>Nome completo do requerente: _______________________________________________</w:t>
      </w:r>
    </w:p>
    <w:p w14:paraId="6D129694" w14:textId="77777777" w:rsidR="00316094" w:rsidRDefault="00507A8F" w:rsidP="003C64C2">
      <w:pPr>
        <w:spacing w:after="60" w:line="276" w:lineRule="auto"/>
      </w:pPr>
      <w:r>
        <w:t>CPF do requerente: __________________________________________________________</w:t>
      </w:r>
    </w:p>
    <w:p w14:paraId="7D2795C9" w14:textId="77777777" w:rsidR="00316094" w:rsidRDefault="00507A8F" w:rsidP="003C64C2">
      <w:pPr>
        <w:spacing w:after="60" w:line="276" w:lineRule="auto"/>
      </w:pPr>
      <w:r>
        <w:t>Telefone de contato: ________________________________________________________</w:t>
      </w:r>
    </w:p>
    <w:p w14:paraId="72AA411E" w14:textId="77777777" w:rsidR="00316094" w:rsidRDefault="00316094" w:rsidP="003C64C2">
      <w:pPr>
        <w:spacing w:after="60" w:line="276" w:lineRule="auto"/>
      </w:pPr>
    </w:p>
    <w:p w14:paraId="08911AE8" w14:textId="77777777" w:rsidR="00316094" w:rsidRDefault="00507A8F" w:rsidP="003C64C2">
      <w:pPr>
        <w:spacing w:after="60" w:line="276" w:lineRule="auto"/>
      </w:pPr>
      <w:r>
        <w:t>Requer / descrição da solicitação:</w:t>
      </w:r>
    </w:p>
    <w:p w14:paraId="41C1E543" w14:textId="77777777" w:rsidR="00316094" w:rsidRDefault="00507A8F" w:rsidP="003C64C2">
      <w:pPr>
        <w:spacing w:after="60" w:line="276" w:lineRule="auto"/>
      </w:pPr>
      <w:r>
        <w:t>_____________________________________________________________________________</w:t>
      </w:r>
    </w:p>
    <w:p w14:paraId="468510E8" w14:textId="77777777" w:rsidR="00316094" w:rsidRDefault="00507A8F" w:rsidP="003C64C2">
      <w:pPr>
        <w:spacing w:after="60" w:line="276" w:lineRule="auto"/>
      </w:pPr>
      <w:r>
        <w:t>_____________________________________________________________________________</w:t>
      </w:r>
    </w:p>
    <w:p w14:paraId="79E67EC0" w14:textId="77777777" w:rsidR="00316094" w:rsidRDefault="00316094" w:rsidP="003C64C2">
      <w:pPr>
        <w:spacing w:after="60" w:line="276" w:lineRule="auto"/>
      </w:pPr>
    </w:p>
    <w:p w14:paraId="1A99903A" w14:textId="77777777" w:rsidR="00316094" w:rsidRDefault="00507A8F" w:rsidP="003C64C2">
      <w:pPr>
        <w:spacing w:after="60" w:line="276" w:lineRule="auto"/>
      </w:pPr>
      <w:r>
        <w:t>Solicito espaço medindo:</w:t>
      </w:r>
    </w:p>
    <w:p w14:paraId="2A87BD28" w14:textId="077F9F1C" w:rsidR="00075459" w:rsidRDefault="00507A8F" w:rsidP="00075459">
      <w:pPr>
        <w:spacing w:before="240" w:after="60" w:line="276" w:lineRule="auto"/>
      </w:pPr>
      <w:r>
        <w:t xml:space="preserve">(   ) 3 x 3 m        (   ) 6 x 6 m        (   ) </w:t>
      </w:r>
      <w:r w:rsidR="00075459">
        <w:t>10</w:t>
      </w:r>
      <w:r>
        <w:t xml:space="preserve"> x </w:t>
      </w:r>
      <w:r w:rsidR="00075459">
        <w:t>10</w:t>
      </w:r>
      <w:r>
        <w:t xml:space="preserve"> m</w:t>
      </w:r>
      <w:r w:rsidR="00075459">
        <w:t xml:space="preserve">       (   ) metro linear (trailer de bebidas</w:t>
      </w:r>
      <w:r w:rsidR="007D724F">
        <w:t>)</w:t>
      </w:r>
    </w:p>
    <w:p w14:paraId="51702738" w14:textId="77777777" w:rsidR="00316094" w:rsidRDefault="00316094" w:rsidP="003C64C2">
      <w:pPr>
        <w:spacing w:after="60" w:line="276" w:lineRule="auto"/>
      </w:pPr>
    </w:p>
    <w:p w14:paraId="569D72EC" w14:textId="77777777" w:rsidR="00316094" w:rsidRDefault="00507A8F" w:rsidP="003C64C2">
      <w:pPr>
        <w:spacing w:after="60" w:line="276" w:lineRule="auto"/>
      </w:pPr>
      <w:r>
        <w:t>Solicito autorização para:</w:t>
      </w:r>
    </w:p>
    <w:p w14:paraId="714EB0EE" w14:textId="749D9827" w:rsidR="00316094" w:rsidRDefault="00507A8F" w:rsidP="003C64C2">
      <w:pPr>
        <w:spacing w:after="60" w:line="276" w:lineRule="auto"/>
      </w:pPr>
      <w:r>
        <w:t xml:space="preserve">(   ) Trailer        </w:t>
      </w:r>
      <w:r w:rsidR="007D724F">
        <w:t xml:space="preserve">                       </w:t>
      </w:r>
      <w:r>
        <w:t xml:space="preserve">(   ) Pequeno veículo       </w:t>
      </w:r>
      <w:r w:rsidR="007D724F">
        <w:t xml:space="preserve"> </w:t>
      </w:r>
      <w:r>
        <w:t xml:space="preserve"> (   ) Veículo do gelo</w:t>
      </w:r>
    </w:p>
    <w:p w14:paraId="72E69B8F" w14:textId="04F4B07E" w:rsidR="00316094" w:rsidRDefault="00507A8F" w:rsidP="003C64C2">
      <w:pPr>
        <w:spacing w:after="60" w:line="276" w:lineRule="auto"/>
      </w:pPr>
      <w:r>
        <w:t xml:space="preserve">(   ) </w:t>
      </w:r>
      <w:r w:rsidR="007D724F">
        <w:t>D</w:t>
      </w:r>
      <w:r>
        <w:t xml:space="preserve">rinks        </w:t>
      </w:r>
      <w:r w:rsidR="007D724F">
        <w:t xml:space="preserve">                       </w:t>
      </w:r>
      <w:r>
        <w:t>(   ) Produtos diversos       (   ) Churros</w:t>
      </w:r>
    </w:p>
    <w:p w14:paraId="13EABBF5" w14:textId="19E2AB63" w:rsidR="00316094" w:rsidRDefault="00507A8F" w:rsidP="003C64C2">
      <w:pPr>
        <w:spacing w:after="60" w:line="276" w:lineRule="auto"/>
      </w:pPr>
      <w:r>
        <w:t xml:space="preserve">(   ) Cachorro-quente        </w:t>
      </w:r>
      <w:r w:rsidR="007D724F">
        <w:t xml:space="preserve">      </w:t>
      </w:r>
      <w:r>
        <w:t xml:space="preserve">(   ) Ambulante        </w:t>
      </w:r>
      <w:r w:rsidR="007D724F">
        <w:t xml:space="preserve">           </w:t>
      </w:r>
      <w:r>
        <w:t>(   ) Outros</w:t>
      </w:r>
    </w:p>
    <w:p w14:paraId="3983D052" w14:textId="636F344E" w:rsidR="007D724F" w:rsidRDefault="007D724F" w:rsidP="007D724F">
      <w:pPr>
        <w:spacing w:after="60" w:line="276" w:lineRule="auto"/>
      </w:pPr>
      <w:r>
        <w:t>(   ) Bebidas                            (   ) Alimentação                 (   ) Queijo</w:t>
      </w:r>
    </w:p>
    <w:p w14:paraId="54289FF5" w14:textId="77777777" w:rsidR="007D724F" w:rsidRDefault="007D724F" w:rsidP="003C64C2">
      <w:pPr>
        <w:spacing w:after="60" w:line="276" w:lineRule="auto"/>
      </w:pPr>
    </w:p>
    <w:p w14:paraId="457E1D1D" w14:textId="10DB9D27" w:rsidR="00316094" w:rsidRDefault="00507A8F" w:rsidP="003C64C2">
      <w:pPr>
        <w:spacing w:after="60" w:line="276" w:lineRule="auto"/>
      </w:pPr>
      <w:r>
        <w:t>Equipamentos elétricos - quantidade dos itens:</w:t>
      </w:r>
    </w:p>
    <w:p w14:paraId="122FCC03" w14:textId="77777777" w:rsidR="00316094" w:rsidRDefault="00507A8F" w:rsidP="003C64C2">
      <w:pPr>
        <w:spacing w:after="60" w:line="276" w:lineRule="auto"/>
      </w:pPr>
      <w:r>
        <w:t>(____) Micro-ondas        (____) Fritadeira elétrica        (____) Chopeira</w:t>
      </w:r>
    </w:p>
    <w:p w14:paraId="4EB246D6" w14:textId="7688E937" w:rsidR="00316094" w:rsidRDefault="00507A8F" w:rsidP="003C64C2">
      <w:pPr>
        <w:spacing w:after="60" w:line="276" w:lineRule="auto"/>
      </w:pPr>
      <w:r>
        <w:t xml:space="preserve">(____) Freezer          </w:t>
      </w:r>
      <w:r w:rsidR="007D724F">
        <w:t xml:space="preserve">     </w:t>
      </w:r>
      <w:r>
        <w:t xml:space="preserve">(____) Geladeira                 </w:t>
      </w:r>
      <w:r w:rsidR="007D724F">
        <w:t xml:space="preserve">  </w:t>
      </w:r>
      <w:r>
        <w:t xml:space="preserve"> (____) Forno elétrico</w:t>
      </w:r>
    </w:p>
    <w:p w14:paraId="7D67CF8C" w14:textId="129235B5" w:rsidR="007D724F" w:rsidRDefault="007D724F" w:rsidP="003C64C2">
      <w:pPr>
        <w:spacing w:after="60" w:line="276" w:lineRule="auto"/>
      </w:pPr>
    </w:p>
    <w:p w14:paraId="28545EFA" w14:textId="77777777" w:rsidR="00316094" w:rsidRDefault="00507A8F" w:rsidP="003C64C2">
      <w:pPr>
        <w:spacing w:after="60" w:line="276" w:lineRule="auto"/>
      </w:pPr>
      <w:r>
        <w:t>Outros: _____________________________________________________________________</w:t>
      </w:r>
    </w:p>
    <w:p w14:paraId="47CC717D" w14:textId="77777777" w:rsidR="00316094" w:rsidRDefault="00316094" w:rsidP="003C64C2">
      <w:pPr>
        <w:spacing w:after="60" w:line="276" w:lineRule="auto"/>
      </w:pPr>
    </w:p>
    <w:p w14:paraId="092AABFE" w14:textId="77777777" w:rsidR="00316094" w:rsidRDefault="00507A8F" w:rsidP="003C64C2">
      <w:pPr>
        <w:spacing w:after="60" w:line="276" w:lineRule="auto"/>
      </w:pPr>
      <w:r>
        <w:t>Nestes termos, pede deferimento.</w:t>
      </w:r>
    </w:p>
    <w:p w14:paraId="4514F21C" w14:textId="77777777" w:rsidR="00316094" w:rsidRDefault="00316094" w:rsidP="003C64C2">
      <w:pPr>
        <w:spacing w:after="60" w:line="276" w:lineRule="auto"/>
      </w:pPr>
    </w:p>
    <w:p w14:paraId="4F98F6E9" w14:textId="77777777" w:rsidR="00316094" w:rsidRDefault="00507A8F" w:rsidP="003C64C2">
      <w:pPr>
        <w:spacing w:after="60" w:line="276" w:lineRule="auto"/>
      </w:pPr>
      <w:r>
        <w:t xml:space="preserve">Guaçuí/ES, ____ de __________________ </w:t>
      </w:r>
      <w:proofErr w:type="spellStart"/>
      <w:r>
        <w:t>de</w:t>
      </w:r>
      <w:proofErr w:type="spellEnd"/>
      <w:r>
        <w:t xml:space="preserve"> 2026.</w:t>
      </w:r>
    </w:p>
    <w:p w14:paraId="3A452136" w14:textId="1E4AC778" w:rsidR="00316094" w:rsidRDefault="00316094" w:rsidP="003C64C2">
      <w:pPr>
        <w:spacing w:after="60" w:line="276" w:lineRule="auto"/>
      </w:pPr>
    </w:p>
    <w:p w14:paraId="0917E2EC" w14:textId="77777777" w:rsidR="00316094" w:rsidRDefault="00507A8F" w:rsidP="00D66E1E">
      <w:pPr>
        <w:spacing w:after="60" w:line="276" w:lineRule="auto"/>
        <w:jc w:val="center"/>
      </w:pPr>
      <w:r>
        <w:t>________________________________________</w:t>
      </w:r>
    </w:p>
    <w:p w14:paraId="3B2F651F" w14:textId="12D2EBBF" w:rsidR="00D66E1E" w:rsidRDefault="00507A8F" w:rsidP="003C64C2">
      <w:pPr>
        <w:spacing w:after="60" w:line="276" w:lineRule="auto"/>
        <w:jc w:val="center"/>
      </w:pPr>
      <w:r>
        <w:t>Assinatura do Requerente</w:t>
      </w:r>
    </w:p>
    <w:sectPr w:rsidR="00D66E1E" w:rsidSect="00034616">
      <w:headerReference w:type="default" r:id="rId8"/>
      <w:footerReference w:type="default" r:id="rId9"/>
      <w:pgSz w:w="12240" w:h="15840"/>
      <w:pgMar w:top="1020" w:right="1247" w:bottom="1020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B356" w14:textId="77777777" w:rsidR="00524431" w:rsidRDefault="00524431">
      <w:pPr>
        <w:spacing w:after="0" w:line="240" w:lineRule="auto"/>
      </w:pPr>
      <w:r>
        <w:separator/>
      </w:r>
    </w:p>
  </w:endnote>
  <w:endnote w:type="continuationSeparator" w:id="0">
    <w:p w14:paraId="2370ADD5" w14:textId="77777777" w:rsidR="00524431" w:rsidRDefault="0052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05C4" w14:textId="77777777" w:rsidR="00474236" w:rsidRDefault="00474236" w:rsidP="00474236">
    <w:pPr>
      <w:pStyle w:val="Rodap"/>
      <w:jc w:val="center"/>
      <w:rPr>
        <w:rFonts w:ascii="Century Gothic" w:hAnsi="Century Gothic" w:cs="Arial"/>
      </w:rPr>
    </w:pPr>
  </w:p>
  <w:p w14:paraId="4C8BDA21" w14:textId="14B0AE5E" w:rsidR="00474236" w:rsidRPr="00592E2A" w:rsidRDefault="00474236" w:rsidP="00474236">
    <w:pPr>
      <w:pStyle w:val="Rodap"/>
      <w:jc w:val="center"/>
      <w:rPr>
        <w:rFonts w:ascii="Century Gothic" w:hAnsi="Century Gothic" w:cs="Arial"/>
      </w:rPr>
    </w:pPr>
    <w:r w:rsidRPr="00592E2A">
      <w:rPr>
        <w:rFonts w:ascii="Century Gothic" w:hAnsi="Century Gothic" w:cs="Arial"/>
      </w:rPr>
      <w:t>Av. José Lacerda de Aguiar n°74, centro, Guaçuí-ES.</w:t>
    </w:r>
  </w:p>
  <w:p w14:paraId="2C3BF0F1" w14:textId="77777777" w:rsidR="00474236" w:rsidRPr="00592E2A" w:rsidRDefault="00474236" w:rsidP="00474236">
    <w:pPr>
      <w:pStyle w:val="Rodap"/>
      <w:jc w:val="center"/>
      <w:rPr>
        <w:rFonts w:ascii="Century Gothic" w:hAnsi="Century Gothic" w:cs="Arial"/>
      </w:rPr>
    </w:pPr>
    <w:r w:rsidRPr="00592E2A">
      <w:rPr>
        <w:rFonts w:ascii="Century Gothic" w:hAnsi="Century Gothic" w:cs="Arial"/>
      </w:rPr>
      <w:t>E-mail: cultura@guacui.es.gov.br</w:t>
    </w:r>
  </w:p>
  <w:p w14:paraId="2B2F6507" w14:textId="7658ED13" w:rsidR="00316094" w:rsidRPr="00474236" w:rsidRDefault="00316094" w:rsidP="004742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4E32" w14:textId="77777777" w:rsidR="00524431" w:rsidRDefault="00524431">
      <w:pPr>
        <w:spacing w:after="0" w:line="240" w:lineRule="auto"/>
      </w:pPr>
      <w:r>
        <w:separator/>
      </w:r>
    </w:p>
  </w:footnote>
  <w:footnote w:type="continuationSeparator" w:id="0">
    <w:p w14:paraId="19F6120C" w14:textId="77777777" w:rsidR="00524431" w:rsidRDefault="00524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023B" w14:textId="77777777" w:rsidR="00474236" w:rsidRDefault="00474236" w:rsidP="00474236">
    <w:pPr>
      <w:tabs>
        <w:tab w:val="left" w:pos="3945"/>
        <w:tab w:val="left" w:pos="9072"/>
      </w:tabs>
      <w:jc w:val="center"/>
      <w:rPr>
        <w:rFonts w:cs="Arial"/>
        <w:b/>
        <w:bCs/>
      </w:rPr>
    </w:pPr>
  </w:p>
  <w:p w14:paraId="225C8A38" w14:textId="77777777" w:rsidR="00474236" w:rsidRDefault="00474236" w:rsidP="00474236">
    <w:pPr>
      <w:tabs>
        <w:tab w:val="left" w:pos="9072"/>
      </w:tabs>
      <w:jc w:val="center"/>
      <w:rPr>
        <w:rFonts w:cs="Arial"/>
        <w:b/>
        <w:bCs/>
      </w:rPr>
    </w:pPr>
  </w:p>
  <w:p w14:paraId="532F58B0" w14:textId="550B2633" w:rsidR="00474236" w:rsidRPr="007D2BD0" w:rsidRDefault="00474236" w:rsidP="00474236">
    <w:pPr>
      <w:tabs>
        <w:tab w:val="left" w:pos="9072"/>
      </w:tabs>
      <w:jc w:val="center"/>
      <w:rPr>
        <w:rFonts w:ascii="Aptos Display" w:hAnsi="Aptos Display" w:cs="Aptos Display"/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A99590" wp14:editId="17E205F4">
          <wp:simplePos x="0" y="0"/>
          <wp:positionH relativeFrom="column">
            <wp:posOffset>2477135</wp:posOffset>
          </wp:positionH>
          <wp:positionV relativeFrom="paragraph">
            <wp:posOffset>-588645</wp:posOffset>
          </wp:positionV>
          <wp:extent cx="683895" cy="594995"/>
          <wp:effectExtent l="0" t="0" r="1905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BD0">
      <w:rPr>
        <w:rFonts w:ascii="Aptos Display" w:hAnsi="Aptos Display" w:cs="Aptos Display"/>
        <w:b/>
        <w:bCs/>
      </w:rPr>
      <w:t>PREFEITURA MUNICIPAL DE GUAÇUÍ</w:t>
    </w:r>
  </w:p>
  <w:p w14:paraId="028F467E" w14:textId="6DDF6E52" w:rsidR="00316094" w:rsidRDefault="00474236" w:rsidP="00474236">
    <w:pPr>
      <w:tabs>
        <w:tab w:val="left" w:pos="8100"/>
      </w:tabs>
      <w:jc w:val="center"/>
    </w:pPr>
    <w:r w:rsidRPr="007D2BD0">
      <w:rPr>
        <w:rFonts w:ascii="Aptos Display" w:hAnsi="Aptos Display" w:cs="Aptos Display"/>
        <w:bCs/>
        <w:sz w:val="22"/>
      </w:rPr>
      <w:t>Secretari</w:t>
    </w:r>
    <w:r>
      <w:rPr>
        <w:rFonts w:ascii="Aptos Display" w:hAnsi="Aptos Display" w:cs="Aptos Display"/>
        <w:bCs/>
        <w:sz w:val="22"/>
      </w:rPr>
      <w:t>a Municipal de Cultura e Turismo.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847317"/>
    <w:multiLevelType w:val="multilevel"/>
    <w:tmpl w:val="0940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00F"/>
    <w:rsid w:val="00034616"/>
    <w:rsid w:val="0006063C"/>
    <w:rsid w:val="00075459"/>
    <w:rsid w:val="00142552"/>
    <w:rsid w:val="00145745"/>
    <w:rsid w:val="0015074B"/>
    <w:rsid w:val="00167B13"/>
    <w:rsid w:val="001A1D2D"/>
    <w:rsid w:val="001E6668"/>
    <w:rsid w:val="00200876"/>
    <w:rsid w:val="00214546"/>
    <w:rsid w:val="002233CC"/>
    <w:rsid w:val="0029639D"/>
    <w:rsid w:val="00316094"/>
    <w:rsid w:val="00326F90"/>
    <w:rsid w:val="003307C0"/>
    <w:rsid w:val="003772D6"/>
    <w:rsid w:val="00393E85"/>
    <w:rsid w:val="003C64C2"/>
    <w:rsid w:val="003D3F6B"/>
    <w:rsid w:val="00440FA3"/>
    <w:rsid w:val="00442E63"/>
    <w:rsid w:val="00474236"/>
    <w:rsid w:val="0049729D"/>
    <w:rsid w:val="004C5748"/>
    <w:rsid w:val="004E600D"/>
    <w:rsid w:val="00507A8F"/>
    <w:rsid w:val="00515D0E"/>
    <w:rsid w:val="00524431"/>
    <w:rsid w:val="00605289"/>
    <w:rsid w:val="00682DEF"/>
    <w:rsid w:val="00775DB0"/>
    <w:rsid w:val="00787317"/>
    <w:rsid w:val="007D724F"/>
    <w:rsid w:val="008122DC"/>
    <w:rsid w:val="008700E0"/>
    <w:rsid w:val="008B345B"/>
    <w:rsid w:val="00900259"/>
    <w:rsid w:val="00902020"/>
    <w:rsid w:val="00911784"/>
    <w:rsid w:val="00972BA0"/>
    <w:rsid w:val="00980B7E"/>
    <w:rsid w:val="0099780B"/>
    <w:rsid w:val="00A62F3A"/>
    <w:rsid w:val="00A937E0"/>
    <w:rsid w:val="00AA1D8D"/>
    <w:rsid w:val="00AB60E9"/>
    <w:rsid w:val="00B47730"/>
    <w:rsid w:val="00C1144D"/>
    <w:rsid w:val="00CB0664"/>
    <w:rsid w:val="00D35480"/>
    <w:rsid w:val="00D66E1E"/>
    <w:rsid w:val="00D81DA4"/>
    <w:rsid w:val="00E02BA3"/>
    <w:rsid w:val="00E85D49"/>
    <w:rsid w:val="00EE4465"/>
    <w:rsid w:val="00F14027"/>
    <w:rsid w:val="00F725F3"/>
    <w:rsid w:val="00F743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2C820C"/>
  <w14:defaultImageDpi w14:val="330"/>
  <w15:docId w15:val="{065224B9-D3A0-4CFC-9D71-46A7F926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1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Edital">
    <w:name w:val="TituloEdital"/>
    <w:pPr>
      <w:spacing w:before="160" w:after="120"/>
    </w:pPr>
    <w:rPr>
      <w:rFonts w:ascii="Arial" w:hAnsi="Arial"/>
      <w:b/>
      <w:sz w:val="26"/>
    </w:rPr>
  </w:style>
  <w:style w:type="paragraph" w:customStyle="1" w:styleId="HeadingCustom">
    <w:name w:val="HeadingCustom"/>
    <w:pPr>
      <w:spacing w:before="160" w:after="120"/>
    </w:pPr>
    <w:rPr>
      <w:rFonts w:ascii="Arial" w:hAnsi="Arial"/>
      <w:b/>
    </w:rPr>
  </w:style>
  <w:style w:type="paragraph" w:customStyle="1" w:styleId="SubheadingCustom">
    <w:name w:val="SubheadingCustom"/>
    <w:pPr>
      <w:spacing w:before="160" w:after="120"/>
    </w:pPr>
    <w:rPr>
      <w:rFonts w:ascii="Arial" w:hAnsi="Arial"/>
      <w:b/>
      <w:sz w:val="21"/>
    </w:rPr>
  </w:style>
  <w:style w:type="paragraph" w:styleId="NormalWeb">
    <w:name w:val="Normal (Web)"/>
    <w:basedOn w:val="Normal"/>
    <w:uiPriority w:val="99"/>
    <w:semiHidden/>
    <w:unhideWhenUsed/>
    <w:rsid w:val="00D6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de Barracas Expoagro 2026 - Guaçuí</vt:lpstr>
      <vt:lpstr/>
    </vt:vector>
  </TitlesOfParts>
  <Manager/>
  <Company/>
  <LinksUpToDate>false</LinksUpToDate>
  <CharactersWithSpaces>1803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Barracas Expoagro 2026 - Guaçuí</dc:title>
  <dc:subject/>
  <dc:creator>ChatGPT</dc:creator>
  <cp:keywords/>
  <dc:description>generated by python-docx</dc:description>
  <cp:lastModifiedBy>Monica Schnaider Araújo de Oliveira</cp:lastModifiedBy>
  <cp:revision>2</cp:revision>
  <cp:lastPrinted>2026-07-02T16:55:00Z</cp:lastPrinted>
  <dcterms:created xsi:type="dcterms:W3CDTF">2026-07-23T13:04:00Z</dcterms:created>
  <dcterms:modified xsi:type="dcterms:W3CDTF">2026-07-23T13:04:00Z</dcterms:modified>
  <cp:category/>
</cp:coreProperties>
</file>